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181D"/>
          <w:sz w:val="40"/>
        </w:rPr>
        <w:t>Аукционная продажа недвижимости — шпаргалка спикера</w:t>
      </w:r>
    </w:p>
    <w:p>
      <w:r>
        <w:rPr>
          <w:color w:val="6B7280"/>
          <w:sz w:val="20"/>
        </w:rPr>
        <w:t>11 слайдов · выступление ~14 минут · аудитория: собственники квартир и домов</w:t>
      </w:r>
    </w:p>
    <w:p>
      <w:r>
        <w:rPr>
          <w:color w:val="6B7280"/>
          <w:sz w:val="20"/>
        </w:rPr>
        <w:t>Это не текст со слайдов, а то, что говорится вслух: объяснение, пример, переход. Тайминг примерный. В [квадратных скобках] — места для ваших реальных данных.</w:t>
      </w:r>
    </w:p>
    <w:p/>
    <w:p>
      <w:r>
        <w:rPr>
          <w:b/>
          <w:color w:val="B08A3E"/>
          <w:sz w:val="28"/>
        </w:rPr>
        <w:t>Слайд 1. Аукционная продажа по максимальной цене</w:t>
      </w:r>
    </w:p>
    <w:p>
      <w:r>
        <w:rPr>
          <w:color w:val="6B7280"/>
          <w:sz w:val="20"/>
        </w:rPr>
        <w:t>0:00–1:00</w:t>
      </w:r>
    </w:p>
    <w:p>
      <w:r>
        <w:t>Добрый день. Сегодня я расскажу о способе продать квартиру или дом, при котором вы заранее знаете две вещи: дату продажи и то, что цену назначит рынок, а не торг с одним покупателем.</w:t>
      </w:r>
    </w:p>
    <w:p>
      <w:r>
        <w:t>Это аукционная продажа. Слово «аукцион» многих пугает, и я понимаю почему — через пару минут мы разберём каждый страх по отдельности.</w:t>
      </w:r>
    </w:p>
    <w:p>
      <w:r>
        <w:t>Если коротко, суть на этом слайде. Тридцать дней от договора до задатка. Все покупатели собираются в одной точке и конкурируют за ваш объект — поэтому цена идёт вверх, а не вниз. И самое важное: минимальная цена записана в договоре. Ниже неё сделки не будет, что бы ни происходило на торгах.</w:t>
      </w:r>
    </w:p>
    <w:p>
      <w:r>
        <w:t>Запомните эту фразу — к ней я ещё вернусь.</w:t>
      </w:r>
    </w:p>
    <w:p>
      <w:r>
        <w:rPr>
          <w:i/>
          <w:color w:val="6B7280"/>
          <w:sz w:val="20"/>
        </w:rPr>
        <w:t>На слайде: 30 дней до задатка, покупатели конкурируют, минимальная цена в договоре — ниже сделки не будет.</w:t>
      </w:r>
    </w:p>
    <w:p/>
    <w:p>
      <w:r>
        <w:rPr>
          <w:b/>
          <w:color w:val="B08A3E"/>
          <w:sz w:val="28"/>
        </w:rPr>
        <w:t>Слайд 2. Классическая продажа работает против вас</w:t>
      </w:r>
    </w:p>
    <w:p>
      <w:r>
        <w:rPr>
          <w:color w:val="6B7280"/>
          <w:sz w:val="20"/>
        </w:rPr>
        <w:t>1:00–2:30</w:t>
      </w:r>
    </w:p>
    <w:p>
      <w:r>
        <w:t>Начнём с того, как продают обычно. Выставили объявление — и ждём.</w:t>
      </w:r>
    </w:p>
    <w:p>
      <w:r>
        <w:t>Первая проблема: объявление стареет. Покупатели видят дату публикации. Квартира висит третий месяц — и человек думает: «Раз никто не купил, значит, что-то не так». Хотя с квартирой всё в порядке.</w:t>
      </w:r>
    </w:p>
    <w:p>
      <w:r>
        <w:t>Вторая: цену назначают на глаз. Завысили — объект стоит, звонков нет. Занизили — вы только что подарили покупателю несколько сотен тысяч и даже не узнали об этом.</w:t>
      </w:r>
    </w:p>
    <w:p>
      <w:r>
        <w:t>Третья: торг идёт только вниз. Пришёл один покупатель, посмотрел, предложил «со скидкой». Сравнить вам не с чем — второго покупателя в этот момент нет.</w:t>
      </w:r>
    </w:p>
    <w:p>
      <w:r>
        <w:t>И четвёртая: нет даты. Нельзя планировать переезд, покупку другого жилья, сделку в цепочке.</w:t>
      </w:r>
    </w:p>
    <w:p>
      <w:r>
        <w:t>Вопрос в зал: «Кто продавал квартиру дольше трёх месяцев?» Обычно рук много. Итог классической продажи — долго, нервно и дешевле, чем могло быть.</w:t>
      </w:r>
    </w:p>
    <w:p>
      <w:r>
        <w:rPr>
          <w:i/>
          <w:color w:val="6B7280"/>
          <w:sz w:val="20"/>
        </w:rPr>
        <w:t>На слайде: Объявление стареет, цена на глаз, торг только вниз, нет даты. «Кто продавал дольше 3 месяцев?»</w:t>
      </w:r>
    </w:p>
    <w:p/>
    <w:p>
      <w:r>
        <w:rPr>
          <w:b/>
          <w:color w:val="B08A3E"/>
          <w:sz w:val="28"/>
        </w:rPr>
        <w:t>Слайд 3. Чего боятся собственники и как на самом деле</w:t>
      </w:r>
    </w:p>
    <w:p>
      <w:r>
        <w:rPr>
          <w:color w:val="6B7280"/>
          <w:sz w:val="20"/>
        </w:rPr>
        <w:t>2:30–4:30</w:t>
      </w:r>
    </w:p>
    <w:p>
      <w:r>
        <w:t>Теперь о страхах. Их четыре, и я слышу их на каждой встрече.</w:t>
      </w:r>
    </w:p>
    <w:p>
      <w:r>
        <w:t>«Продадут за копейки». Стартовая цена — это приманка, а не цена продажи. Её задача — собрать поток звонков. А ниже минимальной цены из договора продажа не состоится. Вы ничем не рискуете.</w:t>
      </w:r>
    </w:p>
    <w:p>
      <w:r>
        <w:t>«Аукцион — это для банкротов». Путают с торгами по банкротству, где продают имущество должников. Это совсем другое. Аукционный метод — маркетинговая технология, и во многих странах так продают как раз лучшие объекты.</w:t>
      </w:r>
    </w:p>
    <w:p>
      <w:r>
        <w:t>«Покупатели не придут». Приходят, потому что работает связка: привлекательная стартовая цена плюс реклама во всех каналах одновременно. Люди видят выгодное предложение и понимают, что времени подумать немного.</w:t>
      </w:r>
    </w:p>
    <w:p>
      <w:r>
        <w:t>«Сложно и страшно». Вы общаетесь с одним менеджером. Юридическую часть, показы, рекламу, торги — всё делает команда. От вас — решение и подпись.</w:t>
      </w:r>
    </w:p>
    <w:p>
      <w:r>
        <w:t>Переход: страхи сняли, теперь посмотрим, почему это вообще работает.</w:t>
      </w:r>
    </w:p>
    <w:p>
      <w:r>
        <w:rPr>
          <w:i/>
          <w:color w:val="6B7280"/>
          <w:sz w:val="20"/>
        </w:rPr>
        <w:t>На слайде: 4 страха → 4 ответа: минимальная цена в договоре, не банкротство, все каналы разом, один менеджер.</w:t>
      </w:r>
    </w:p>
    <w:p/>
    <w:p>
      <w:r>
        <w:rPr>
          <w:b/>
          <w:color w:val="B08A3E"/>
          <w:sz w:val="28"/>
        </w:rPr>
        <w:t>Слайд 4. Не ждать покупателя — собрать всех сразу</w:t>
      </w:r>
    </w:p>
    <w:p>
      <w:r>
        <w:rPr>
          <w:color w:val="6B7280"/>
          <w:sz w:val="20"/>
        </w:rPr>
        <w:t>4:30–5:45</w:t>
      </w:r>
    </w:p>
    <w:p>
      <w:r>
        <w:t>Логика аукциона противоположна обычной продаже.</w:t>
      </w:r>
    </w:p>
    <w:p>
      <w:r>
        <w:t>В обычной продаже покупатели приходят по одному, растянуто во времени, и каждый торгуется вниз. В аукционной мы собираем всех в одно время — и они конкурируют друг с другом вверх.</w:t>
      </w:r>
    </w:p>
    <w:p>
      <w:r>
        <w:t>На этом держатся три принципа. Жёсткий срок: дата торгов известна с первого дня — и вам, и покупателям. Весь спрос в одну точку: реклама бьёт не полгода вяло, а две недели концентрированно. Конкуренция вверх: покупатели видят, что они не одни, и повышают ставки.</w:t>
      </w:r>
    </w:p>
    <w:p>
      <w:r>
        <w:t>Аналогия простая: вспомните, как продаётся последний билет на концерт. Когда желающих несколько, цену назначает не продавец и не один покупатель — её назначает спрос.</w:t>
      </w:r>
    </w:p>
    <w:p>
      <w:r>
        <w:rPr>
          <w:i/>
          <w:color w:val="6B7280"/>
          <w:sz w:val="20"/>
        </w:rPr>
        <w:t>На слайде: Не по одному вниз, а всех сразу вверх. Жёсткий срок, спрос в одну точку, конкуренция. Аналогия — последний билет.</w:t>
      </w:r>
    </w:p>
    <w:p/>
    <w:p>
      <w:r>
        <w:rPr>
          <w:b/>
          <w:color w:val="B08A3E"/>
          <w:sz w:val="28"/>
        </w:rPr>
        <w:t>Слайд 5. 30 дней от договора до задатка</w:t>
      </w:r>
    </w:p>
    <w:p>
      <w:r>
        <w:rPr>
          <w:color w:val="6B7280"/>
          <w:sz w:val="20"/>
        </w:rPr>
        <w:t>5:45–7:15</w:t>
      </w:r>
    </w:p>
    <w:p>
      <w:r>
        <w:t>Как это выглядит по календарю.</w:t>
      </w:r>
    </w:p>
    <w:p>
      <w:r>
        <w:t>Неделя ноль — подготовка. Оцениваем объект, фиксируем в договоре минимальную цену, делаем упаковку: профессиональные фото, видео, планировку. Если нужно — лёгкий хоум-стейджинг, чтобы квартира выглядела дорого.</w:t>
      </w:r>
    </w:p>
    <w:p>
      <w:r>
        <w:t>Недели первая и вторая — маркетинг. Выходим с привлекательной стартовой ценой сразу во всех каналах, обзваниваем базу покупателей и партнёрских агентов, проводим дни открытых дверей.</w:t>
      </w:r>
    </w:p>
    <w:p>
      <w:r>
        <w:t>Неделя третья — торги. Покупатели подают заявки и делают ставки, цена растёт.</w:t>
      </w:r>
    </w:p>
    <w:p>
      <w:r>
        <w:t>И день Х — победитель вносит задаток.</w:t>
      </w:r>
    </w:p>
    <w:p>
      <w:r>
        <w:t>Для вас главное здесь: дата продажи известна с первого дня. Можно спокойно планировать переезд и следующую покупку.</w:t>
      </w:r>
    </w:p>
    <w:p>
      <w:r>
        <w:rPr>
          <w:i/>
          <w:color w:val="6B7280"/>
          <w:sz w:val="20"/>
        </w:rPr>
        <w:t>На слайде: Неделя 0 подготовка → недели 1–2 маркетинг → неделя 3 торги → день Х задаток. Дата известна сразу.</w:t>
      </w:r>
    </w:p>
    <w:p/>
    <w:p>
      <w:r>
        <w:rPr>
          <w:b/>
          <w:color w:val="B08A3E"/>
          <w:sz w:val="28"/>
        </w:rPr>
        <w:t>Слайд 6. Агрессивный маркетинг: очередь из покупателей</w:t>
      </w:r>
    </w:p>
    <w:p>
      <w:r>
        <w:rPr>
          <w:color w:val="6B7280"/>
          <w:sz w:val="20"/>
        </w:rPr>
        <w:t>7:15–8:45</w:t>
      </w:r>
    </w:p>
    <w:p>
      <w:r>
        <w:t>Теперь о маркетинге — почему покупатели действительно выстраиваются в очередь.</w:t>
      </w:r>
    </w:p>
    <w:p>
      <w:r>
        <w:t>Цена-магнит. Старт немного ниже рынка — и объявление мгновенно выделяется в ленте. Звонков в разы больше, чем у обычного объявления по рыночной цене.</w:t>
      </w:r>
    </w:p>
    <w:p>
      <w:r>
        <w:t>Все каналы разом. Циан, Авито, Домклик, платная реклама, наша база покупателей, партнёрские агенты — всё запускается в один день, а не по очереди.</w:t>
      </w:r>
    </w:p>
    <w:p>
      <w:r>
        <w:t>Групповые показы. Мы не водим покупателей по одному. Когда человек приходит на показ и видит, что на квартиру смотрят ещё пять семей, у него пропадает желание торговаться вниз.</w:t>
      </w:r>
    </w:p>
    <w:p>
      <w:r>
        <w:t>Дедлайн. У покупателя нет месяца «подумать». Есть дата торгов — решение принимается сейчас.</w:t>
      </w:r>
    </w:p>
    <w:p>
      <w:r>
        <w:t>Да, это агрессивно. Но агрессивно в пользу собственника.</w:t>
      </w:r>
    </w:p>
    <w:p>
      <w:r>
        <w:rPr>
          <w:i/>
          <w:color w:val="6B7280"/>
          <w:sz w:val="20"/>
        </w:rPr>
        <w:t>На слайде: Цена-магнит, все каналы в один день, групповые показы, дедлайн. Агрессивно — в пользу собственника.</w:t>
      </w:r>
    </w:p>
    <w:p/>
    <w:p>
      <w:r>
        <w:rPr>
          <w:b/>
          <w:color w:val="B08A3E"/>
          <w:sz w:val="28"/>
        </w:rPr>
        <w:t>Слайд 7. Работает команда, а не один риелтор</w:t>
      </w:r>
    </w:p>
    <w:p>
      <w:r>
        <w:rPr>
          <w:color w:val="6B7280"/>
          <w:sz w:val="20"/>
        </w:rPr>
        <w:t>8:45–10:00</w:t>
      </w:r>
    </w:p>
    <w:p>
      <w:r>
        <w:t>Такую кампанию один риелтор не вытянет физически. Поэтому работает команда из шести ролей.</w:t>
      </w:r>
    </w:p>
    <w:p>
      <w:r>
        <w:t>Руководитель проекта — ваш единственный контакт, вам не нужно общаться с шестью людьми. Маркетолог — реклама и поток заявок. Фотограф и видеограф — чтобы объект в объявлении выглядел дорого. Брокеры — принимают звонки и проводят показы. Юрист — проверяет документы и покупателя, отвечает за чистоту сделки. И аукционист — проводит торги и выжимает из них максимум.</w:t>
      </w:r>
    </w:p>
    <w:p>
      <w:r>
        <w:t>Каждый делает своё дело, поэтому всё успевается за тридцать дней, а не растягивается на полгода.</w:t>
      </w:r>
    </w:p>
    <w:p>
      <w:r>
        <w:rPr>
          <w:i/>
          <w:color w:val="6B7280"/>
          <w:sz w:val="20"/>
        </w:rPr>
        <w:t>На слайде: 6 ролей: руководитель проекта, маркетолог, фото/видео, брокеры, юрист, аукционист. Контакт — один.</w:t>
      </w:r>
    </w:p>
    <w:p/>
    <w:p>
      <w:r>
        <w:rPr>
          <w:b/>
          <w:color w:val="B08A3E"/>
          <w:sz w:val="28"/>
        </w:rPr>
        <w:t>Слайд 8. Как растёт цена на торгах</w:t>
      </w:r>
    </w:p>
    <w:p>
      <w:r>
        <w:rPr>
          <w:color w:val="6B7280"/>
          <w:sz w:val="20"/>
        </w:rPr>
        <w:t>10:00–11:15</w:t>
      </w:r>
    </w:p>
    <w:p>
      <w:r>
        <w:t>Посмотрим на условном примере, как складывается цена. Подчеркну: это пример расчёта, а не конкретная сделка.</w:t>
      </w:r>
    </w:p>
    <w:p>
      <w:r>
        <w:t>Квартира, рыночная оценка — десять миллионов. Старт торгов — восемь девятьсот. Многие здесь пугаются: «Вы что, продаёте дешевле?» Нет — это цена-магнит.</w:t>
      </w:r>
    </w:p>
    <w:p>
      <w:r>
        <w:t>За две недели маркетинга на торги выходят пять покупателей. Шаг ставки — сто тысяч. Каждая ставка — только вверх. В итоге квартира уходит за десять шестьсот — на шестьсот тысяч выше оценки.</w:t>
      </w:r>
    </w:p>
    <w:p>
      <w:r>
        <w:t>Если бы торги не дошли до минимальной цены из договора — сделки просто не было бы. Никто не продаст ваш объект за восемь девятьсот.</w:t>
      </w:r>
    </w:p>
    <w:p>
      <w:r>
        <w:t>[Сюда стоит добавить свой реальный кейс: объект, оценка, старт, итог, сколько было участников.]</w:t>
      </w:r>
    </w:p>
    <w:p>
      <w:r>
        <w:rPr>
          <w:i/>
          <w:color w:val="6B7280"/>
          <w:sz w:val="20"/>
        </w:rPr>
        <w:t>На слайде: УСЛОВНЫЙ пример: оценка 10 млн, старт 8,9, 5 покупателей, шаг 100 тыс., итог 10,6 (+600 тыс.). Добавить свой кейс.</w:t>
      </w:r>
    </w:p>
    <w:p/>
    <w:p>
      <w:r>
        <w:rPr>
          <w:b/>
          <w:color w:val="B08A3E"/>
          <w:sz w:val="28"/>
        </w:rPr>
        <w:t>Слайд 9. Вы контролируете каждый шаг</w:t>
      </w:r>
    </w:p>
    <w:p>
      <w:r>
        <w:rPr>
          <w:color w:val="6B7280"/>
          <w:sz w:val="20"/>
        </w:rPr>
        <w:t>11:15–12:15</w:t>
      </w:r>
    </w:p>
    <w:p>
      <w:r>
        <w:t>Про безопасность — отдельно, потому что для собственника это главный вопрос.</w:t>
      </w:r>
    </w:p>
    <w:p>
      <w:r>
        <w:t>Минимальная цена в договоре. Не набрали — не продаём. Это не устное обещание, а пункт договора.</w:t>
      </w:r>
    </w:p>
    <w:p>
      <w:r>
        <w:t>Отчёт каждую неделю: сколько было звонков, показов, заявок, какие ставки. Вы видите, как работает кампания, а не узнаёте в конце.</w:t>
      </w:r>
    </w:p>
    <w:p>
      <w:r>
        <w:t>Проверка покупателя: юрист проверяет документы и ведёт сделку до конца.</w:t>
      </w:r>
    </w:p>
    <w:p>
      <w:r>
        <w:t>То есть вы не отдаёте квартиру в чёрный ящик. Вы видите каждый шаг и в любой момент понимаете, что происходит.</w:t>
      </w:r>
    </w:p>
    <w:p>
      <w:r>
        <w:rPr>
          <w:i/>
          <w:color w:val="6B7280"/>
          <w:sz w:val="20"/>
        </w:rPr>
        <w:t>На слайде: Минимальная цена в договоре, еженедельный отчёт, юрист проверяет покупателя. Не чёрный ящик.</w:t>
      </w:r>
    </w:p>
    <w:p/>
    <w:p>
      <w:r>
        <w:rPr>
          <w:b/>
          <w:color w:val="B08A3E"/>
          <w:sz w:val="28"/>
        </w:rPr>
        <w:t>Слайд 10. В тихом рынке побеждает аукцион</w:t>
      </w:r>
    </w:p>
    <w:p>
      <w:r>
        <w:rPr>
          <w:color w:val="6B7280"/>
          <w:sz w:val="20"/>
        </w:rPr>
        <w:t>12:15–13:15</w:t>
      </w:r>
    </w:p>
    <w:p>
      <w:r>
        <w:t>Почему именно сейчас.</w:t>
      </w:r>
    </w:p>
    <w:p>
      <w:r>
        <w:t>Рынок стал тихим. Покупателей меньше — каждый на счету. Объявлений больше — ваше тонет в ленте среди сотен похожих. Торг стал нормой — покупатель приходит с установкой «скинете».</w:t>
      </w:r>
    </w:p>
    <w:p>
      <w:r>
        <w:t>В таком рынке ждать — значит уступать. Каждый месяц ожидания заканчивается очередной скидкой.</w:t>
      </w:r>
    </w:p>
    <w:p>
      <w:r>
        <w:t>А выигрывает тот, кто не ждёт, а собирает весь спрос в одну точку и заставляет покупателей конкурировать. Именно это и делает аукцион.</w:t>
      </w:r>
    </w:p>
    <w:p>
      <w:r>
        <w:rPr>
          <w:i/>
          <w:color w:val="6B7280"/>
          <w:sz w:val="20"/>
        </w:rPr>
        <w:t>На слайде: Покупателей меньше, объявлений больше, торг — норма. Ждать = уступать. Аукцион собирает спрос.</w:t>
      </w:r>
    </w:p>
    <w:p/>
    <w:p>
      <w:r>
        <w:rPr>
          <w:b/>
          <w:color w:val="B08A3E"/>
          <w:sz w:val="28"/>
        </w:rPr>
        <w:t>Слайд 11. Узнайте максимальную цену вашего объекта</w:t>
      </w:r>
    </w:p>
    <w:p>
      <w:r>
        <w:rPr>
          <w:color w:val="6B7280"/>
          <w:sz w:val="20"/>
        </w:rPr>
        <w:t>13:15–14:15</w:t>
      </w:r>
    </w:p>
    <w:p>
      <w:r>
        <w:t>Что я предлагаю сделать.</w:t>
      </w:r>
    </w:p>
    <w:p>
      <w:r>
        <w:t>Первый шаг — одна встреча. На ней мы бесплатно оцениваем ваш объект: реальную рыночную цену, а не цифру «на глаз». И показываем стратегию аукциона: какая стартовая цена, какие каналы, когда дата торгов.</w:t>
      </w:r>
    </w:p>
    <w:p>
      <w:r>
        <w:t>Решение вы принимаете после встречи — ни к чему не обязывает.</w:t>
      </w:r>
    </w:p>
    <w:p>
      <w:r>
        <w:t>Одно ограничение: команда ведёт несколько объектов одновременно, поэтому места в ближайшем потоке ограничены.</w:t>
      </w:r>
    </w:p>
    <w:p>
      <w:r>
        <w:t>[Назвать свои контакты и дату ближайшего старта.]</w:t>
      </w:r>
    </w:p>
    <w:p>
      <w:r>
        <w:t>Спасибо. Отвечу на вопросы.</w:t>
      </w:r>
    </w:p>
    <w:p>
      <w:r>
        <w:rPr>
          <w:i/>
          <w:color w:val="6B7280"/>
          <w:sz w:val="20"/>
        </w:rPr>
        <w:t>На слайде: Бесплатная оценка + стратегия аукциона за одну встречу. Места в потоке ограничены. Контакты.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